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DDEA7" w14:textId="77777777" w:rsidR="008440B8" w:rsidRPr="0008038B" w:rsidRDefault="008440B8" w:rsidP="0008038B">
      <w:pPr>
        <w:tabs>
          <w:tab w:val="left" w:pos="9214"/>
        </w:tabs>
        <w:spacing w:after="40"/>
        <w:rPr>
          <w:rFonts w:ascii="Times New Roman" w:hAnsi="Times New Roman" w:cs="Times New Roman"/>
        </w:rPr>
      </w:pPr>
    </w:p>
    <w:p w14:paraId="0F0163B3" w14:textId="270C8B13" w:rsidR="008440B8" w:rsidRPr="0008038B" w:rsidRDefault="008440B8" w:rsidP="0008038B">
      <w:pPr>
        <w:tabs>
          <w:tab w:val="left" w:pos="9214"/>
        </w:tabs>
        <w:spacing w:after="160"/>
        <w:jc w:val="center"/>
        <w:rPr>
          <w:rFonts w:ascii="Times New Roman" w:hAnsi="Times New Roman" w:cs="Times New Roman"/>
          <w:b/>
        </w:rPr>
      </w:pPr>
    </w:p>
    <w:p w14:paraId="11672B75" w14:textId="77777777" w:rsidR="008440B8" w:rsidRPr="0008038B" w:rsidRDefault="008440B8" w:rsidP="0008038B">
      <w:pPr>
        <w:tabs>
          <w:tab w:val="left" w:pos="9214"/>
        </w:tabs>
        <w:spacing w:after="60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440B8" w:rsidRPr="0008038B" w14:paraId="32BFE67F" w14:textId="77777777">
        <w:trPr>
          <w:trHeight w:val="792"/>
          <w:jc w:val="center"/>
        </w:trPr>
        <w:tc>
          <w:tcPr>
            <w:tcW w:w="5112" w:type="dxa"/>
            <w:tcBorders>
              <w:top w:val="single" w:sz="6" w:space="0" w:color="BDBDBD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2F2F2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3DFAD5E3" w14:textId="77777777" w:rsidR="008440B8" w:rsidRPr="0008038B" w:rsidRDefault="003746AC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Topluluk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2D2D2D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Adı</w:t>
            </w:r>
            <w:proofErr w:type="spellEnd"/>
          </w:p>
        </w:tc>
        <w:tc>
          <w:tcPr>
            <w:tcW w:w="5112" w:type="dxa"/>
            <w:tcBorders>
              <w:top w:val="single" w:sz="6" w:space="0" w:color="BDBDBD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5AEC3526" w14:textId="77777777" w:rsidR="008440B8" w:rsidRPr="0008038B" w:rsidRDefault="008440B8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</w:p>
        </w:tc>
      </w:tr>
      <w:tr w:rsidR="008440B8" w:rsidRPr="0008038B" w14:paraId="05A438C8" w14:textId="77777777">
        <w:trPr>
          <w:trHeight w:val="792"/>
          <w:jc w:val="center"/>
        </w:trPr>
        <w:tc>
          <w:tcPr>
            <w:tcW w:w="5112" w:type="dxa"/>
            <w:tcBorders>
              <w:top w:val="single" w:sz="6" w:space="0" w:color="BDBDBD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2F2F2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6FA5B00" w14:textId="77777777" w:rsidR="008440B8" w:rsidRPr="0008038B" w:rsidRDefault="003746AC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Otomasyon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2D2D2D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Kullanıcı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2D2D2D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Adı</w:t>
            </w:r>
            <w:proofErr w:type="spellEnd"/>
          </w:p>
        </w:tc>
        <w:tc>
          <w:tcPr>
            <w:tcW w:w="5112" w:type="dxa"/>
            <w:tcBorders>
              <w:top w:val="single" w:sz="6" w:space="0" w:color="BDBDBD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D81BFB4" w14:textId="77777777" w:rsidR="008440B8" w:rsidRPr="0008038B" w:rsidRDefault="008440B8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</w:p>
        </w:tc>
      </w:tr>
      <w:tr w:rsidR="008440B8" w:rsidRPr="0008038B" w14:paraId="238409A6" w14:textId="77777777">
        <w:trPr>
          <w:trHeight w:val="792"/>
          <w:jc w:val="center"/>
        </w:trPr>
        <w:tc>
          <w:tcPr>
            <w:tcW w:w="5112" w:type="dxa"/>
            <w:tcBorders>
              <w:top w:val="single" w:sz="6" w:space="0" w:color="BDBDBD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shd w:val="clear" w:color="auto" w:fill="F2F2F2"/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082302B6" w14:textId="77777777" w:rsidR="008440B8" w:rsidRPr="0008038B" w:rsidRDefault="003746AC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Otomasyon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2D2D2D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2D2D2D"/>
              </w:rPr>
              <w:t>Şifresi</w:t>
            </w:r>
            <w:proofErr w:type="spellEnd"/>
          </w:p>
        </w:tc>
        <w:tc>
          <w:tcPr>
            <w:tcW w:w="5112" w:type="dxa"/>
            <w:tcBorders>
              <w:top w:val="single" w:sz="6" w:space="0" w:color="BDBDBD"/>
              <w:left w:val="single" w:sz="6" w:space="0" w:color="BDBDBD"/>
              <w:bottom w:val="single" w:sz="6" w:space="0" w:color="BDBDBD"/>
              <w:right w:val="single" w:sz="6" w:space="0" w:color="BDBDBD"/>
            </w:tcBorders>
            <w:tcMar>
              <w:top w:w="145" w:type="dxa"/>
              <w:left w:w="130" w:type="dxa"/>
              <w:bottom w:w="145" w:type="dxa"/>
              <w:right w:w="130" w:type="dxa"/>
            </w:tcMar>
            <w:vAlign w:val="center"/>
          </w:tcPr>
          <w:p w14:paraId="422BC07B" w14:textId="77777777" w:rsidR="008440B8" w:rsidRPr="0008038B" w:rsidRDefault="008440B8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</w:p>
        </w:tc>
      </w:tr>
    </w:tbl>
    <w:p w14:paraId="1B72EC6A" w14:textId="77777777" w:rsidR="008440B8" w:rsidRPr="0008038B" w:rsidRDefault="008440B8" w:rsidP="0008038B">
      <w:pPr>
        <w:tabs>
          <w:tab w:val="left" w:pos="9214"/>
        </w:tabs>
        <w:spacing w:after="60"/>
        <w:rPr>
          <w:rFonts w:ascii="Times New Roman" w:hAnsi="Times New Roman" w:cs="Times New Roman"/>
        </w:rPr>
      </w:pPr>
    </w:p>
    <w:p w14:paraId="22E46072" w14:textId="77777777" w:rsidR="008440B8" w:rsidRPr="0008038B" w:rsidRDefault="003746AC" w:rsidP="0008038B">
      <w:pPr>
        <w:tabs>
          <w:tab w:val="left" w:pos="9214"/>
        </w:tabs>
        <w:spacing w:after="140"/>
        <w:ind w:right="504"/>
        <w:rPr>
          <w:rFonts w:ascii="Times New Roman" w:hAnsi="Times New Roman" w:cs="Times New Roman"/>
          <w:sz w:val="20"/>
          <w:szCs w:val="20"/>
        </w:rPr>
      </w:pPr>
      <w:r w:rsidRPr="0008038B">
        <w:rPr>
          <w:rFonts w:ascii="Times New Roman" w:hAnsi="Times New Roman" w:cs="Times New Roman"/>
          <w:sz w:val="20"/>
          <w:szCs w:val="20"/>
        </w:rPr>
        <w:t xml:space="preserve">Bu form,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Öğrenci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Topluluğuna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ait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otomasyon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sistemi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kullanıcı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bilgilerinin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teslim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edilmesi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kayıt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altına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alınması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amacıyla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düzenlenmiştir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>.</w:t>
      </w:r>
    </w:p>
    <w:p w14:paraId="2E54C943" w14:textId="77777777" w:rsidR="008440B8" w:rsidRPr="0008038B" w:rsidRDefault="003746AC" w:rsidP="0008038B">
      <w:pPr>
        <w:tabs>
          <w:tab w:val="left" w:pos="9214"/>
        </w:tabs>
        <w:spacing w:after="160"/>
        <w:ind w:right="432"/>
        <w:rPr>
          <w:rFonts w:ascii="Times New Roman" w:hAnsi="Times New Roman" w:cs="Times New Roman"/>
          <w:sz w:val="20"/>
          <w:szCs w:val="20"/>
        </w:rPr>
      </w:pPr>
      <w:r w:rsidRPr="0008038B">
        <w:rPr>
          <w:rFonts w:ascii="Times New Roman" w:hAnsi="Times New Roman" w:cs="Times New Roman"/>
          <w:b/>
          <w:sz w:val="20"/>
          <w:szCs w:val="20"/>
        </w:rPr>
        <w:t xml:space="preserve">Not: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Kullanıcı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adı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şifre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bilgilerinin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gizliliğinden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topluluk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yönetimi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sorumludur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Bilgilerin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üçüncü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kişilerle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paylaşılmaması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unut</w:t>
      </w:r>
      <w:r w:rsidRPr="0008038B">
        <w:rPr>
          <w:rFonts w:ascii="Times New Roman" w:hAnsi="Times New Roman" w:cs="Times New Roman"/>
          <w:sz w:val="20"/>
          <w:szCs w:val="20"/>
        </w:rPr>
        <w:t>ulması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yenilenmesi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hâlinde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Kültür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Hizmetleri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Şube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Müdürlüğüne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başvurulması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038B">
        <w:rPr>
          <w:rFonts w:ascii="Times New Roman" w:hAnsi="Times New Roman" w:cs="Times New Roman"/>
          <w:sz w:val="20"/>
          <w:szCs w:val="20"/>
        </w:rPr>
        <w:t>gerekmektedir</w:t>
      </w:r>
      <w:proofErr w:type="spellEnd"/>
      <w:r w:rsidRPr="0008038B">
        <w:rPr>
          <w:rFonts w:ascii="Times New Roman" w:hAnsi="Times New Roman" w:cs="Times New Roman"/>
          <w:sz w:val="20"/>
          <w:szCs w:val="20"/>
        </w:rPr>
        <w:t>.</w:t>
      </w:r>
    </w:p>
    <w:p w14:paraId="7DDACC81" w14:textId="77777777" w:rsidR="0008038B" w:rsidRDefault="0008038B" w:rsidP="0008038B">
      <w:pPr>
        <w:tabs>
          <w:tab w:val="left" w:pos="9214"/>
        </w:tabs>
        <w:spacing w:after="160"/>
        <w:ind w:right="432"/>
        <w:rPr>
          <w:rFonts w:ascii="Times New Roman" w:hAnsi="Times New Roman" w:cs="Times New Roman"/>
          <w:color w:val="505050"/>
          <w:sz w:val="20"/>
          <w:szCs w:val="20"/>
        </w:rPr>
      </w:pPr>
    </w:p>
    <w:p w14:paraId="4DE47AA8" w14:textId="77777777" w:rsidR="0008038B" w:rsidRPr="0008038B" w:rsidRDefault="0008038B" w:rsidP="0008038B">
      <w:pPr>
        <w:tabs>
          <w:tab w:val="left" w:pos="9214"/>
        </w:tabs>
        <w:spacing w:after="160"/>
        <w:ind w:right="43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440B8" w:rsidRPr="0008038B" w14:paraId="5679FFA6" w14:textId="77777777">
        <w:trPr>
          <w:trHeight w:val="619"/>
          <w:jc w:val="center"/>
        </w:trPr>
        <w:tc>
          <w:tcPr>
            <w:tcW w:w="5112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5B9CCA3" w14:textId="77777777" w:rsidR="008440B8" w:rsidRPr="0008038B" w:rsidRDefault="003746AC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Topluluk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373737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Başkanı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373737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Adı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373737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Soyadı</w:t>
            </w:r>
            <w:proofErr w:type="spellEnd"/>
          </w:p>
        </w:tc>
        <w:tc>
          <w:tcPr>
            <w:tcW w:w="5112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3EC2CA8" w14:textId="77777777" w:rsidR="008440B8" w:rsidRPr="0008038B" w:rsidRDefault="008440B8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</w:p>
        </w:tc>
      </w:tr>
      <w:tr w:rsidR="008440B8" w:rsidRPr="0008038B" w14:paraId="1CC9093D" w14:textId="77777777">
        <w:trPr>
          <w:trHeight w:val="619"/>
          <w:jc w:val="center"/>
        </w:trPr>
        <w:tc>
          <w:tcPr>
            <w:tcW w:w="5112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1515C3F" w14:textId="77777777" w:rsidR="008440B8" w:rsidRPr="0008038B" w:rsidRDefault="003746AC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Teslim</w:t>
            </w:r>
            <w:proofErr w:type="spellEnd"/>
            <w:r w:rsidRPr="0008038B">
              <w:rPr>
                <w:rFonts w:ascii="Times New Roman" w:hAnsi="Times New Roman" w:cs="Times New Roman"/>
                <w:b/>
                <w:color w:val="373737"/>
              </w:rPr>
              <w:t xml:space="preserve"> </w:t>
            </w: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Tarihi</w:t>
            </w:r>
            <w:proofErr w:type="spellEnd"/>
          </w:p>
        </w:tc>
        <w:tc>
          <w:tcPr>
            <w:tcW w:w="5112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94CA7AA" w14:textId="77777777" w:rsidR="008440B8" w:rsidRPr="0008038B" w:rsidRDefault="008440B8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</w:p>
        </w:tc>
      </w:tr>
      <w:tr w:rsidR="008440B8" w:rsidRPr="0008038B" w14:paraId="45713962" w14:textId="77777777">
        <w:trPr>
          <w:trHeight w:val="619"/>
          <w:jc w:val="center"/>
        </w:trPr>
        <w:tc>
          <w:tcPr>
            <w:tcW w:w="5112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shd w:val="clear" w:color="auto" w:fill="F7F7F7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77432E3" w14:textId="77777777" w:rsidR="008440B8" w:rsidRPr="0008038B" w:rsidRDefault="003746AC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  <w:proofErr w:type="spellStart"/>
            <w:r w:rsidRPr="0008038B">
              <w:rPr>
                <w:rFonts w:ascii="Times New Roman" w:hAnsi="Times New Roman" w:cs="Times New Roman"/>
                <w:b/>
                <w:color w:val="373737"/>
              </w:rPr>
              <w:t>İmza</w:t>
            </w:r>
            <w:proofErr w:type="spellEnd"/>
          </w:p>
        </w:tc>
        <w:tc>
          <w:tcPr>
            <w:tcW w:w="5112" w:type="dxa"/>
            <w:tcBorders>
              <w:top w:val="single" w:sz="5" w:space="0" w:color="C7C7C7"/>
              <w:left w:val="single" w:sz="5" w:space="0" w:color="C7C7C7"/>
              <w:bottom w:val="single" w:sz="5" w:space="0" w:color="C7C7C7"/>
              <w:right w:val="single" w:sz="5" w:space="0" w:color="C7C7C7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FD12479" w14:textId="77777777" w:rsidR="008440B8" w:rsidRPr="0008038B" w:rsidRDefault="008440B8" w:rsidP="0008038B">
            <w:pPr>
              <w:tabs>
                <w:tab w:val="left" w:pos="9214"/>
              </w:tabs>
              <w:rPr>
                <w:rFonts w:ascii="Times New Roman" w:hAnsi="Times New Roman" w:cs="Times New Roman"/>
              </w:rPr>
            </w:pPr>
          </w:p>
        </w:tc>
      </w:tr>
    </w:tbl>
    <w:p w14:paraId="23B32F28" w14:textId="77777777" w:rsidR="008440B8" w:rsidRPr="0008038B" w:rsidRDefault="008440B8" w:rsidP="0008038B">
      <w:pPr>
        <w:tabs>
          <w:tab w:val="left" w:pos="9214"/>
        </w:tabs>
        <w:spacing w:after="40"/>
        <w:rPr>
          <w:rFonts w:ascii="Times New Roman" w:hAnsi="Times New Roman" w:cs="Times New Roman"/>
        </w:rPr>
      </w:pPr>
    </w:p>
    <w:p w14:paraId="2C24E11B" w14:textId="51425A5E" w:rsidR="008440B8" w:rsidRPr="0008038B" w:rsidRDefault="008440B8" w:rsidP="0008038B">
      <w:pPr>
        <w:tabs>
          <w:tab w:val="left" w:pos="9214"/>
        </w:tabs>
        <w:spacing w:before="60"/>
        <w:jc w:val="center"/>
        <w:rPr>
          <w:rFonts w:ascii="Times New Roman" w:hAnsi="Times New Roman" w:cs="Times New Roman"/>
        </w:rPr>
      </w:pPr>
    </w:p>
    <w:sectPr w:rsidR="008440B8" w:rsidRPr="0008038B" w:rsidSect="000803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51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CE372" w14:textId="77777777" w:rsidR="003746AC" w:rsidRDefault="003746AC" w:rsidP="001F252A">
      <w:pPr>
        <w:spacing w:after="0" w:line="240" w:lineRule="auto"/>
      </w:pPr>
      <w:r>
        <w:separator/>
      </w:r>
    </w:p>
  </w:endnote>
  <w:endnote w:type="continuationSeparator" w:id="0">
    <w:p w14:paraId="62156138" w14:textId="77777777" w:rsidR="003746AC" w:rsidRDefault="003746AC" w:rsidP="001F2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EBDBC" w14:textId="77777777" w:rsidR="0008038B" w:rsidRDefault="0008038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BF97C" w14:textId="77777777" w:rsidR="0008038B" w:rsidRDefault="0008038B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F7A19" w14:textId="77777777" w:rsidR="0008038B" w:rsidRDefault="0008038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D824E" w14:textId="77777777" w:rsidR="003746AC" w:rsidRDefault="003746AC" w:rsidP="001F252A">
      <w:pPr>
        <w:spacing w:after="0" w:line="240" w:lineRule="auto"/>
      </w:pPr>
      <w:r>
        <w:separator/>
      </w:r>
    </w:p>
  </w:footnote>
  <w:footnote w:type="continuationSeparator" w:id="0">
    <w:p w14:paraId="646D12D1" w14:textId="77777777" w:rsidR="003746AC" w:rsidRDefault="003746AC" w:rsidP="001F2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99838" w14:textId="77777777" w:rsidR="0008038B" w:rsidRDefault="0008038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82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8"/>
      <w:gridCol w:w="3116"/>
      <w:gridCol w:w="3404"/>
      <w:gridCol w:w="2280"/>
    </w:tblGrid>
    <w:tr w:rsidR="0008038B" w:rsidRPr="00211120" w14:paraId="69E995F3" w14:textId="77777777" w:rsidTr="0008038B">
      <w:trPr>
        <w:cantSplit/>
        <w:trHeight w:val="1235"/>
      </w:trPr>
      <w:tc>
        <w:tcPr>
          <w:tcW w:w="1264" w:type="pct"/>
          <w:vAlign w:val="center"/>
        </w:tcPr>
        <w:p w14:paraId="503E90CC" w14:textId="77777777" w:rsidR="0008038B" w:rsidRPr="002964E3" w:rsidRDefault="0008038B" w:rsidP="0008038B">
          <w:pPr>
            <w:pStyle w:val="stbilgi"/>
            <w:jc w:val="center"/>
          </w:pPr>
          <w:bookmarkStart w:id="0" w:name="_GoBack"/>
          <w:bookmarkEnd w:id="0"/>
          <w:r w:rsidRPr="00AE51B0">
            <w:rPr>
              <w:noProof/>
              <w:lang w:val="tr-TR" w:eastAsia="tr-TR"/>
            </w:rPr>
            <w:drawing>
              <wp:inline distT="0" distB="0" distL="0" distR="0" wp14:anchorId="47BE3939" wp14:editId="67A62874">
                <wp:extent cx="714375" cy="714375"/>
                <wp:effectExtent l="0" t="0" r="9525" b="9525"/>
                <wp:docPr id="17" name="Resim 1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8" w:type="pct"/>
          <w:gridSpan w:val="2"/>
          <w:vAlign w:val="center"/>
        </w:tcPr>
        <w:p w14:paraId="0B45B0A3" w14:textId="77777777" w:rsidR="0008038B" w:rsidRDefault="0008038B" w:rsidP="0008038B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0B961E7B" w14:textId="77777777" w:rsidR="0008038B" w:rsidRDefault="0008038B" w:rsidP="0008038B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91C102E" w14:textId="77777777" w:rsidR="0008038B" w:rsidRPr="00224CE5" w:rsidRDefault="0008038B" w:rsidP="0008038B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GAZİANTEP ÜNİVERSİTESİ </w:t>
          </w:r>
        </w:p>
        <w:p w14:paraId="6E265603" w14:textId="77777777" w:rsidR="0008038B" w:rsidRPr="0008038B" w:rsidRDefault="0008038B" w:rsidP="0008038B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24C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SAĞLIK KÜLTÜR VE SPOR DAİRE BAŞKANLIĞI </w:t>
          </w:r>
          <w:r w:rsidRPr="0008038B">
            <w:rPr>
              <w:rFonts w:ascii="Times New Roman" w:hAnsi="Times New Roman" w:cs="Times New Roman"/>
              <w:b/>
              <w:sz w:val="24"/>
              <w:szCs w:val="24"/>
            </w:rPr>
            <w:t>ÖĞRENCİ TOPLULUĞU OTOMASYON SİSTEMİ</w:t>
          </w:r>
        </w:p>
        <w:p w14:paraId="64A570BA" w14:textId="4FBEB15E" w:rsidR="0008038B" w:rsidRPr="00224CE5" w:rsidRDefault="0008038B" w:rsidP="0008038B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8038B">
            <w:rPr>
              <w:rFonts w:ascii="Times New Roman" w:hAnsi="Times New Roman" w:cs="Times New Roman"/>
              <w:b/>
              <w:sz w:val="24"/>
              <w:szCs w:val="24"/>
            </w:rPr>
            <w:t>KULLANICI BİLGİLERİ FORMU</w:t>
          </w:r>
        </w:p>
        <w:p w14:paraId="39E27C5E" w14:textId="77777777" w:rsidR="0008038B" w:rsidRPr="0049688D" w:rsidRDefault="0008038B" w:rsidP="0008038B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  <w:p w14:paraId="40C9F219" w14:textId="77777777" w:rsidR="0008038B" w:rsidRPr="002964E3" w:rsidRDefault="0008038B" w:rsidP="0008038B">
          <w:pPr>
            <w:pStyle w:val="stbilgi"/>
            <w:rPr>
              <w:b/>
              <w:bCs/>
              <w:sz w:val="18"/>
              <w:szCs w:val="18"/>
            </w:rPr>
          </w:pPr>
        </w:p>
      </w:tc>
      <w:tc>
        <w:tcPr>
          <w:tcW w:w="968" w:type="pct"/>
        </w:tcPr>
        <w:p w14:paraId="1E597BA8" w14:textId="77777777" w:rsidR="0008038B" w:rsidRPr="002964E3" w:rsidRDefault="0008038B" w:rsidP="0008038B">
          <w:pPr>
            <w:pStyle w:val="stbilgi"/>
            <w:jc w:val="center"/>
            <w:rPr>
              <w:b/>
              <w:bCs/>
              <w:sz w:val="32"/>
              <w:szCs w:val="32"/>
            </w:rPr>
          </w:pPr>
        </w:p>
      </w:tc>
    </w:tr>
    <w:tr w:rsidR="0008038B" w:rsidRPr="008D18C9" w14:paraId="4EAFC24F" w14:textId="77777777" w:rsidTr="0008038B">
      <w:trPr>
        <w:cantSplit/>
        <w:trHeight w:val="296"/>
      </w:trPr>
      <w:tc>
        <w:tcPr>
          <w:tcW w:w="1264" w:type="pct"/>
          <w:vAlign w:val="center"/>
        </w:tcPr>
        <w:p w14:paraId="412A74C7" w14:textId="67AD89A6" w:rsidR="0008038B" w:rsidRPr="001A0373" w:rsidRDefault="0008038B" w:rsidP="0008038B">
          <w:pPr>
            <w:pStyle w:val="stbilgi"/>
            <w:rPr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Doküman</w:t>
          </w:r>
          <w:proofErr w:type="spellEnd"/>
          <w:r w:rsidRPr="001A0373">
            <w:rPr>
              <w:b/>
              <w:sz w:val="14"/>
              <w:szCs w:val="14"/>
            </w:rPr>
            <w:t xml:space="preserve"> </w:t>
          </w:r>
          <w:proofErr w:type="spellStart"/>
          <w:r w:rsidRPr="001A0373">
            <w:rPr>
              <w:b/>
              <w:sz w:val="14"/>
              <w:szCs w:val="14"/>
            </w:rPr>
            <w:t>Kodu</w:t>
          </w:r>
          <w:proofErr w:type="spellEnd"/>
          <w:r w:rsidRPr="001A0373">
            <w:rPr>
              <w:b/>
              <w:sz w:val="14"/>
              <w:szCs w:val="14"/>
            </w:rPr>
            <w:t>:</w:t>
          </w:r>
          <w:r>
            <w:rPr>
              <w:bCs/>
              <w:sz w:val="14"/>
              <w:szCs w:val="14"/>
            </w:rPr>
            <w:t xml:space="preserve"> SKS-FRM-204</w:t>
          </w:r>
        </w:p>
      </w:tc>
      <w:tc>
        <w:tcPr>
          <w:tcW w:w="1323" w:type="pct"/>
          <w:vAlign w:val="center"/>
        </w:tcPr>
        <w:p w14:paraId="14CEC68B" w14:textId="77777777" w:rsidR="0008038B" w:rsidRPr="001A0373" w:rsidRDefault="0008038B" w:rsidP="0008038B">
          <w:pPr>
            <w:pStyle w:val="stbilgi"/>
            <w:rPr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Yürürlük</w:t>
          </w:r>
          <w:proofErr w:type="spellEnd"/>
          <w:r w:rsidRPr="001A0373">
            <w:rPr>
              <w:b/>
              <w:sz w:val="14"/>
              <w:szCs w:val="14"/>
            </w:rPr>
            <w:t xml:space="preserve"> </w:t>
          </w:r>
          <w:proofErr w:type="spellStart"/>
          <w:r w:rsidRPr="001A0373">
            <w:rPr>
              <w:b/>
              <w:sz w:val="14"/>
              <w:szCs w:val="14"/>
            </w:rPr>
            <w:t>Tarihi</w:t>
          </w:r>
          <w:proofErr w:type="spellEnd"/>
          <w:r w:rsidRPr="001A0373">
            <w:rPr>
              <w:b/>
              <w:sz w:val="14"/>
              <w:szCs w:val="14"/>
            </w:rPr>
            <w:t>:</w:t>
          </w:r>
          <w:r>
            <w:rPr>
              <w:sz w:val="14"/>
              <w:szCs w:val="14"/>
            </w:rPr>
            <w:t xml:space="preserve"> 30.09.2026</w:t>
          </w:r>
        </w:p>
      </w:tc>
      <w:tc>
        <w:tcPr>
          <w:tcW w:w="1445" w:type="pct"/>
          <w:vAlign w:val="center"/>
        </w:tcPr>
        <w:p w14:paraId="5BA38A93" w14:textId="77777777" w:rsidR="0008038B" w:rsidRPr="001A0373" w:rsidRDefault="0008038B" w:rsidP="0008038B">
          <w:pPr>
            <w:pStyle w:val="stbilgi"/>
            <w:rPr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Revizyon</w:t>
          </w:r>
          <w:proofErr w:type="spellEnd"/>
          <w:r w:rsidRPr="001A0373">
            <w:rPr>
              <w:b/>
              <w:sz w:val="14"/>
              <w:szCs w:val="14"/>
            </w:rPr>
            <w:t xml:space="preserve"> </w:t>
          </w:r>
          <w:proofErr w:type="spellStart"/>
          <w:r w:rsidRPr="001A0373">
            <w:rPr>
              <w:b/>
              <w:sz w:val="14"/>
              <w:szCs w:val="14"/>
            </w:rPr>
            <w:t>Tarihi</w:t>
          </w:r>
          <w:proofErr w:type="spellEnd"/>
          <w:r w:rsidRPr="001A0373">
            <w:rPr>
              <w:b/>
              <w:sz w:val="14"/>
              <w:szCs w:val="14"/>
            </w:rPr>
            <w:t>/No:</w:t>
          </w:r>
          <w:r>
            <w:rPr>
              <w:sz w:val="14"/>
              <w:szCs w:val="14"/>
            </w:rPr>
            <w:t xml:space="preserve"> </w:t>
          </w:r>
          <w:proofErr w:type="spellStart"/>
          <w:r>
            <w:rPr>
              <w:sz w:val="14"/>
              <w:szCs w:val="14"/>
            </w:rPr>
            <w:t>Yeni</w:t>
          </w:r>
          <w:proofErr w:type="spellEnd"/>
          <w:r>
            <w:rPr>
              <w:sz w:val="14"/>
              <w:szCs w:val="14"/>
            </w:rPr>
            <w:t xml:space="preserve"> </w:t>
          </w:r>
          <w:proofErr w:type="spellStart"/>
          <w:r>
            <w:rPr>
              <w:sz w:val="14"/>
              <w:szCs w:val="14"/>
            </w:rPr>
            <w:t>Yayınlandı</w:t>
          </w:r>
          <w:proofErr w:type="spellEnd"/>
        </w:p>
      </w:tc>
      <w:tc>
        <w:tcPr>
          <w:tcW w:w="96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</w:tcPr>
        <w:p w14:paraId="2C081F91" w14:textId="77777777" w:rsidR="0008038B" w:rsidRPr="001A0373" w:rsidRDefault="0008038B" w:rsidP="0008038B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proofErr w:type="spellStart"/>
          <w:r w:rsidRPr="001A0373">
            <w:rPr>
              <w:b/>
              <w:sz w:val="14"/>
              <w:szCs w:val="14"/>
            </w:rPr>
            <w:t>Sayfa</w:t>
          </w:r>
          <w:proofErr w:type="spellEnd"/>
          <w:r w:rsidRPr="001A0373">
            <w:rPr>
              <w:b/>
              <w:sz w:val="14"/>
              <w:szCs w:val="14"/>
            </w:rPr>
            <w:t xml:space="preserve">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>
            <w:rPr>
              <w:b/>
              <w:bCs/>
              <w:sz w:val="14"/>
              <w:szCs w:val="14"/>
            </w:rPr>
            <w:t>2</w:t>
          </w:r>
        </w:p>
      </w:tc>
    </w:tr>
  </w:tbl>
  <w:p w14:paraId="0EF24994" w14:textId="2F0AED2A" w:rsidR="001F252A" w:rsidRPr="001E0C74" w:rsidRDefault="001F252A" w:rsidP="001F252A">
    <w:pPr>
      <w:pStyle w:val="stbilgi"/>
      <w:jc w:val="center"/>
      <w:rPr>
        <w:b/>
        <w:bCs/>
        <w:sz w:val="28"/>
        <w:szCs w:val="28"/>
        <w:lang w:val="tr-T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780FC" w14:textId="77777777" w:rsidR="0008038B" w:rsidRDefault="000803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038B"/>
    <w:rsid w:val="0015074B"/>
    <w:rsid w:val="001E0C74"/>
    <w:rsid w:val="001F252A"/>
    <w:rsid w:val="0029639D"/>
    <w:rsid w:val="00326F90"/>
    <w:rsid w:val="003746AC"/>
    <w:rsid w:val="003A416E"/>
    <w:rsid w:val="00403C6C"/>
    <w:rsid w:val="00660CEE"/>
    <w:rsid w:val="007A6881"/>
    <w:rsid w:val="008440B8"/>
    <w:rsid w:val="009174E0"/>
    <w:rsid w:val="00AA1D8D"/>
    <w:rsid w:val="00B47730"/>
    <w:rsid w:val="00BA6B0E"/>
    <w:rsid w:val="00CB0664"/>
    <w:rsid w:val="00DF194A"/>
    <w:rsid w:val="00E50521"/>
    <w:rsid w:val="00F30A78"/>
    <w:rsid w:val="00FA45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EB5F71"/>
  <w14:defaultImageDpi w14:val="300"/>
  <w15:docId w15:val="{66DBB402-0AC8-4C53-A34D-D83556B1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789600-35FC-43D6-8ACE-9E20587F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KaliteGel</cp:lastModifiedBy>
  <cp:revision>9</cp:revision>
  <cp:lastPrinted>2026-09-24T12:24:00Z</cp:lastPrinted>
  <dcterms:created xsi:type="dcterms:W3CDTF">2013-12-23T23:15:00Z</dcterms:created>
  <dcterms:modified xsi:type="dcterms:W3CDTF">2026-09-30T05:37:00Z</dcterms:modified>
  <cp:category/>
</cp:coreProperties>
</file>