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BC3787" w14:textId="77777777" w:rsidR="00484310" w:rsidRPr="00F61298" w:rsidRDefault="00484310">
      <w:pPr>
        <w:spacing w:after="60"/>
        <w:jc w:val="center"/>
        <w:rPr>
          <w:rFonts w:ascii="Times New Roman" w:hAnsi="Times New Roman" w:cs="Times New Roman"/>
        </w:rPr>
      </w:pPr>
    </w:p>
    <w:tbl>
      <w:tblPr>
        <w:tblW w:w="11638" w:type="dxa"/>
        <w:jc w:val="center"/>
        <w:tblLayout w:type="fixed"/>
        <w:tblLook w:val="04A0" w:firstRow="1" w:lastRow="0" w:firstColumn="1" w:lastColumn="0" w:noHBand="0" w:noVBand="1"/>
      </w:tblPr>
      <w:tblGrid>
        <w:gridCol w:w="5374"/>
        <w:gridCol w:w="6264"/>
      </w:tblGrid>
      <w:tr w:rsidR="00DC44B1" w:rsidRPr="00F61298" w14:paraId="573DAB74" w14:textId="77777777" w:rsidTr="00E36ABC">
        <w:trPr>
          <w:trHeight w:val="440"/>
          <w:jc w:val="center"/>
        </w:trPr>
        <w:tc>
          <w:tcPr>
            <w:tcW w:w="116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AAE5C6" w14:textId="77777777" w:rsidR="00DC44B1" w:rsidRPr="00F61298" w:rsidRDefault="00DC44B1">
            <w:pPr>
              <w:spacing w:after="0"/>
              <w:rPr>
                <w:rFonts w:ascii="Times New Roman" w:hAnsi="Times New Roman" w:cs="Times New Roman"/>
              </w:rPr>
            </w:pPr>
            <w:r w:rsidRPr="00F61298">
              <w:rPr>
                <w:rFonts w:ascii="Times New Roman" w:hAnsi="Times New Roman" w:cs="Times New Roman"/>
                <w:b/>
                <w:color w:val="002D62"/>
                <w:sz w:val="18"/>
              </w:rPr>
              <w:t xml:space="preserve">                                                                                              ETKİNLİK BİLGİLERİ</w:t>
            </w:r>
            <w:r w:rsidRPr="00F61298">
              <w:rPr>
                <w:rFonts w:ascii="Times New Roman" w:hAnsi="Times New Roman" w:cs="Times New Roman"/>
                <w:b/>
                <w:color w:val="002D62"/>
                <w:sz w:val="18"/>
              </w:rPr>
              <w:br/>
            </w:r>
            <w:r w:rsidR="0070012C" w:rsidRPr="00F61298">
              <w:rPr>
                <w:rFonts w:ascii="Times New Roman" w:hAnsi="Times New Roman" w:cs="Times New Roman"/>
                <w:b/>
                <w:color w:val="002D62"/>
                <w:sz w:val="18"/>
              </w:rPr>
              <w:t xml:space="preserve">                                                                               </w:t>
            </w:r>
            <w:r w:rsidRPr="00F61298">
              <w:rPr>
                <w:rFonts w:ascii="Times New Roman" w:hAnsi="Times New Roman" w:cs="Times New Roman"/>
                <w:b/>
                <w:color w:val="002D62"/>
                <w:sz w:val="18"/>
              </w:rPr>
              <w:t>(</w:t>
            </w:r>
            <w:proofErr w:type="spellStart"/>
            <w:r w:rsidRPr="00F61298">
              <w:rPr>
                <w:rFonts w:ascii="Times New Roman" w:hAnsi="Times New Roman" w:cs="Times New Roman"/>
                <w:b/>
                <w:color w:val="002D62"/>
              </w:rPr>
              <w:t>Sağlık</w:t>
            </w:r>
            <w:proofErr w:type="spellEnd"/>
            <w:r w:rsidRPr="00F61298">
              <w:rPr>
                <w:rFonts w:ascii="Times New Roman" w:hAnsi="Times New Roman" w:cs="Times New Roman"/>
                <w:b/>
                <w:color w:val="002D62"/>
              </w:rPr>
              <w:t xml:space="preserve">, </w:t>
            </w:r>
            <w:proofErr w:type="spellStart"/>
            <w:r w:rsidRPr="00F61298">
              <w:rPr>
                <w:rFonts w:ascii="Times New Roman" w:hAnsi="Times New Roman" w:cs="Times New Roman"/>
                <w:b/>
                <w:color w:val="002D62"/>
              </w:rPr>
              <w:t>Kültür</w:t>
            </w:r>
            <w:proofErr w:type="spellEnd"/>
            <w:r w:rsidRPr="00F61298">
              <w:rPr>
                <w:rFonts w:ascii="Times New Roman" w:hAnsi="Times New Roman" w:cs="Times New Roman"/>
                <w:b/>
                <w:color w:val="002D62"/>
              </w:rPr>
              <w:t xml:space="preserve"> </w:t>
            </w:r>
            <w:proofErr w:type="spellStart"/>
            <w:r w:rsidRPr="00F61298">
              <w:rPr>
                <w:rFonts w:ascii="Times New Roman" w:hAnsi="Times New Roman" w:cs="Times New Roman"/>
                <w:b/>
                <w:color w:val="002D62"/>
              </w:rPr>
              <w:t>ve</w:t>
            </w:r>
            <w:proofErr w:type="spellEnd"/>
            <w:r w:rsidRPr="00F61298">
              <w:rPr>
                <w:rFonts w:ascii="Times New Roman" w:hAnsi="Times New Roman" w:cs="Times New Roman"/>
                <w:b/>
                <w:color w:val="002D62"/>
              </w:rPr>
              <w:t xml:space="preserve"> </w:t>
            </w:r>
            <w:proofErr w:type="spellStart"/>
            <w:r w:rsidRPr="00F61298">
              <w:rPr>
                <w:rFonts w:ascii="Times New Roman" w:hAnsi="Times New Roman" w:cs="Times New Roman"/>
                <w:b/>
                <w:color w:val="002D62"/>
              </w:rPr>
              <w:t>Spor</w:t>
            </w:r>
            <w:proofErr w:type="spellEnd"/>
            <w:r w:rsidRPr="00F61298">
              <w:rPr>
                <w:rFonts w:ascii="Times New Roman" w:hAnsi="Times New Roman" w:cs="Times New Roman"/>
                <w:b/>
                <w:color w:val="002D62"/>
              </w:rPr>
              <w:t xml:space="preserve"> </w:t>
            </w:r>
            <w:proofErr w:type="spellStart"/>
            <w:r w:rsidRPr="00F61298">
              <w:rPr>
                <w:rFonts w:ascii="Times New Roman" w:hAnsi="Times New Roman" w:cs="Times New Roman"/>
                <w:b/>
                <w:color w:val="002D62"/>
              </w:rPr>
              <w:t>Daire</w:t>
            </w:r>
            <w:proofErr w:type="spellEnd"/>
            <w:r w:rsidRPr="00F61298">
              <w:rPr>
                <w:rFonts w:ascii="Times New Roman" w:hAnsi="Times New Roman" w:cs="Times New Roman"/>
                <w:b/>
                <w:color w:val="002D62"/>
              </w:rPr>
              <w:t xml:space="preserve"> </w:t>
            </w:r>
            <w:proofErr w:type="spellStart"/>
            <w:r w:rsidRPr="00F61298">
              <w:rPr>
                <w:rFonts w:ascii="Times New Roman" w:hAnsi="Times New Roman" w:cs="Times New Roman"/>
                <w:b/>
                <w:color w:val="002D62"/>
              </w:rPr>
              <w:t>Başkanlığı</w:t>
            </w:r>
            <w:proofErr w:type="spellEnd"/>
            <w:r w:rsidRPr="00F61298">
              <w:rPr>
                <w:rFonts w:ascii="Times New Roman" w:hAnsi="Times New Roman" w:cs="Times New Roman"/>
                <w:b/>
                <w:color w:val="002D62"/>
              </w:rPr>
              <w:t>)</w:t>
            </w:r>
          </w:p>
        </w:tc>
      </w:tr>
      <w:tr w:rsidR="00484310" w:rsidRPr="00F61298" w14:paraId="2F8766FB" w14:textId="77777777" w:rsidTr="00E36ABC">
        <w:trPr>
          <w:trHeight w:val="440"/>
          <w:jc w:val="center"/>
        </w:trPr>
        <w:tc>
          <w:tcPr>
            <w:tcW w:w="5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E768C3" w14:textId="77777777" w:rsidR="00484310" w:rsidRPr="00F61298" w:rsidRDefault="0042524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12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ETKİNLİĞİ DÜZENLEYEN BİRİM /</w:t>
            </w:r>
            <w:r w:rsidRPr="00F612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ÖĞRENCİ TOPLULUĞUNUN ADI</w:t>
            </w:r>
          </w:p>
        </w:tc>
        <w:tc>
          <w:tcPr>
            <w:tcW w:w="6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AB0910" w14:textId="77777777" w:rsidR="00484310" w:rsidRPr="00F61298" w:rsidRDefault="004843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84310" w:rsidRPr="00F61298" w14:paraId="330E3AA4" w14:textId="77777777" w:rsidTr="00E36ABC">
        <w:trPr>
          <w:trHeight w:val="425"/>
          <w:jc w:val="center"/>
        </w:trPr>
        <w:tc>
          <w:tcPr>
            <w:tcW w:w="5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867F8D" w14:textId="77777777" w:rsidR="00484310" w:rsidRPr="00F61298" w:rsidRDefault="007814B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12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ETKİNLİK TARİHİ</w:t>
            </w:r>
          </w:p>
        </w:tc>
        <w:tc>
          <w:tcPr>
            <w:tcW w:w="6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D8324A" w14:textId="77777777" w:rsidR="00484310" w:rsidRPr="00F61298" w:rsidRDefault="004843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E135B" w:rsidRPr="00F61298" w14:paraId="09CCBF98" w14:textId="77777777" w:rsidTr="00E36ABC">
        <w:trPr>
          <w:trHeight w:val="425"/>
          <w:jc w:val="center"/>
        </w:trPr>
        <w:tc>
          <w:tcPr>
            <w:tcW w:w="5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EC85C9" w14:textId="77777777" w:rsidR="008E135B" w:rsidRPr="00F61298" w:rsidRDefault="008E135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612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ETKİNLİĞİN KONUSU</w:t>
            </w:r>
          </w:p>
        </w:tc>
        <w:tc>
          <w:tcPr>
            <w:tcW w:w="6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D5528C" w14:textId="77777777" w:rsidR="008E135B" w:rsidRPr="00F61298" w:rsidRDefault="008E135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84310" w:rsidRPr="00F61298" w14:paraId="3C8EB61C" w14:textId="77777777" w:rsidTr="00E36ABC">
        <w:trPr>
          <w:trHeight w:val="319"/>
          <w:jc w:val="center"/>
        </w:trPr>
        <w:tc>
          <w:tcPr>
            <w:tcW w:w="5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DEF1EE" w14:textId="77777777" w:rsidR="00484310" w:rsidRPr="00F61298" w:rsidRDefault="007024C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12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ETKİNLİĞİN BAŞLANGIÇ VE BİTİŞ SAATİ</w:t>
            </w:r>
            <w:bookmarkStart w:id="0" w:name="_GoBack"/>
            <w:bookmarkEnd w:id="0"/>
          </w:p>
        </w:tc>
        <w:tc>
          <w:tcPr>
            <w:tcW w:w="6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F3E46C" w14:textId="77777777" w:rsidR="00484310" w:rsidRPr="00F61298" w:rsidRDefault="004843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84310" w:rsidRPr="00F61298" w14:paraId="09547B89" w14:textId="77777777" w:rsidTr="00E36ABC">
        <w:trPr>
          <w:trHeight w:val="319"/>
          <w:jc w:val="center"/>
        </w:trPr>
        <w:tc>
          <w:tcPr>
            <w:tcW w:w="5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ED36D3" w14:textId="77777777" w:rsidR="00484310" w:rsidRPr="00F61298" w:rsidRDefault="007814B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12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ETKİNLİĞİN TÜRÜ (</w:t>
            </w:r>
            <w:proofErr w:type="spellStart"/>
            <w:r w:rsidRPr="00F612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Konferans</w:t>
            </w:r>
            <w:proofErr w:type="spellEnd"/>
            <w:r w:rsidRPr="00F612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612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Stant</w:t>
            </w:r>
            <w:proofErr w:type="spellEnd"/>
            <w:proofErr w:type="gramStart"/>
            <w:r w:rsidRPr="00F612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</w:t>
            </w:r>
            <w:proofErr w:type="gramEnd"/>
            <w:r w:rsidRPr="00F612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  <w:proofErr w:type="spellStart"/>
            <w:r w:rsidRPr="00F612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Seminer</w:t>
            </w:r>
            <w:proofErr w:type="spellEnd"/>
            <w:r w:rsidRPr="00F612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, Panel, </w:t>
            </w:r>
            <w:proofErr w:type="spellStart"/>
            <w:r w:rsidRPr="00F612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Konser</w:t>
            </w:r>
            <w:proofErr w:type="spellEnd"/>
            <w:r w:rsidRPr="00F612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vb.)</w:t>
            </w:r>
          </w:p>
        </w:tc>
        <w:tc>
          <w:tcPr>
            <w:tcW w:w="6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5D10A6" w14:textId="77777777" w:rsidR="00484310" w:rsidRPr="00F61298" w:rsidRDefault="004843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84310" w:rsidRPr="00F61298" w14:paraId="261EBEC9" w14:textId="77777777" w:rsidTr="00E36ABC">
        <w:trPr>
          <w:trHeight w:val="303"/>
          <w:jc w:val="center"/>
        </w:trPr>
        <w:tc>
          <w:tcPr>
            <w:tcW w:w="5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13F856" w14:textId="77777777" w:rsidR="00484310" w:rsidRPr="00F61298" w:rsidRDefault="007814B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12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ETKİNLİĞİN YAPILACAĞI YER</w:t>
            </w:r>
            <w:r w:rsidR="004B10D9" w:rsidRPr="00F612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/ UYGUNLUK ALINDI MI</w:t>
            </w:r>
            <w:r w:rsidR="00B013AD" w:rsidRPr="00F612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?</w:t>
            </w:r>
          </w:p>
        </w:tc>
        <w:tc>
          <w:tcPr>
            <w:tcW w:w="6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2AAC3E" w14:textId="77777777" w:rsidR="00484310" w:rsidRPr="00F61298" w:rsidRDefault="004843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84310" w:rsidRPr="00F61298" w14:paraId="45BD37BD" w14:textId="77777777" w:rsidTr="00E36ABC">
        <w:trPr>
          <w:trHeight w:val="303"/>
          <w:jc w:val="center"/>
        </w:trPr>
        <w:tc>
          <w:tcPr>
            <w:tcW w:w="5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89ECF4" w14:textId="77777777" w:rsidR="00484310" w:rsidRPr="00F61298" w:rsidRDefault="00B013A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612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ARAÇ TALEBİ VAR MI?</w:t>
            </w:r>
          </w:p>
        </w:tc>
        <w:tc>
          <w:tcPr>
            <w:tcW w:w="6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540E81" w14:textId="77777777" w:rsidR="00484310" w:rsidRPr="00F61298" w:rsidRDefault="004843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84310" w:rsidRPr="00F61298" w14:paraId="66560009" w14:textId="77777777" w:rsidTr="00E36ABC">
        <w:trPr>
          <w:trHeight w:val="303"/>
          <w:jc w:val="center"/>
        </w:trPr>
        <w:tc>
          <w:tcPr>
            <w:tcW w:w="5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103571" w14:textId="77777777" w:rsidR="00484310" w:rsidRPr="00F61298" w:rsidRDefault="00B013A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12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AFİŞ HAZIRLANMASI İSTENİYOR MU?</w:t>
            </w:r>
          </w:p>
        </w:tc>
        <w:tc>
          <w:tcPr>
            <w:tcW w:w="6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DED31F" w14:textId="77777777" w:rsidR="00484310" w:rsidRPr="00F61298" w:rsidRDefault="004843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84310" w:rsidRPr="00F61298" w14:paraId="379F231A" w14:textId="77777777" w:rsidTr="00E36ABC">
        <w:trPr>
          <w:trHeight w:val="303"/>
          <w:jc w:val="center"/>
        </w:trPr>
        <w:tc>
          <w:tcPr>
            <w:tcW w:w="5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4C46D1" w14:textId="77777777" w:rsidR="00484310" w:rsidRPr="00F61298" w:rsidRDefault="00BB3618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612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ORTAK PAYDAŞ VAR MI?</w:t>
            </w:r>
          </w:p>
        </w:tc>
        <w:tc>
          <w:tcPr>
            <w:tcW w:w="6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4588D4" w14:textId="77777777" w:rsidR="00484310" w:rsidRPr="00F61298" w:rsidRDefault="0048431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14F9D" w:rsidRPr="00F61298" w14:paraId="6F869278" w14:textId="77777777" w:rsidTr="00E36ABC">
        <w:trPr>
          <w:trHeight w:val="533"/>
          <w:jc w:val="center"/>
        </w:trPr>
        <w:tc>
          <w:tcPr>
            <w:tcW w:w="53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128079" w14:textId="05A55661" w:rsidR="00214F9D" w:rsidRPr="00F61298" w:rsidRDefault="00214F9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612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VARSA DİĞER TALEPLER</w:t>
            </w:r>
            <w:r w:rsidR="008D6611" w:rsidRPr="00F612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İNİZ,</w:t>
            </w:r>
            <w:r w:rsidR="00394964" w:rsidRPr="00F612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BELİRTİNİZ</w:t>
            </w:r>
            <w:r w:rsidR="008D6611" w:rsidRPr="00F612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6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D78E9B" w14:textId="77777777" w:rsidR="00214F9D" w:rsidRPr="00F61298" w:rsidRDefault="00214F9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8ADEE59" w14:textId="77777777" w:rsidR="00484310" w:rsidRPr="00F61298" w:rsidRDefault="00484310">
      <w:pPr>
        <w:rPr>
          <w:rFonts w:ascii="Times New Roman" w:hAnsi="Times New Roman" w:cs="Times New Roman"/>
        </w:rPr>
      </w:pPr>
    </w:p>
    <w:p w14:paraId="639D7D69" w14:textId="77777777" w:rsidR="00484310" w:rsidRDefault="00484310">
      <w:pPr>
        <w:spacing w:after="40"/>
        <w:jc w:val="right"/>
        <w:rPr>
          <w:rFonts w:ascii="Times New Roman" w:hAnsi="Times New Roman" w:cs="Times New Roman"/>
        </w:rPr>
      </w:pPr>
    </w:p>
    <w:p w14:paraId="01C34FF3" w14:textId="77777777" w:rsidR="00F61298" w:rsidRPr="00F61298" w:rsidRDefault="00F61298" w:rsidP="00F61298">
      <w:pPr>
        <w:spacing w:after="40"/>
        <w:ind w:left="567" w:hanging="567"/>
        <w:jc w:val="right"/>
        <w:rPr>
          <w:rFonts w:ascii="Times New Roman" w:hAnsi="Times New Roman" w:cs="Times New Roman"/>
        </w:rPr>
      </w:pPr>
    </w:p>
    <w:p w14:paraId="2BE0FE03" w14:textId="5A06CB98" w:rsidR="00484310" w:rsidRPr="00F61298" w:rsidRDefault="0042524D" w:rsidP="00F61298">
      <w:pPr>
        <w:ind w:left="567" w:hanging="567"/>
        <w:jc w:val="center"/>
        <w:rPr>
          <w:rFonts w:ascii="Times New Roman" w:hAnsi="Times New Roman" w:cs="Times New Roman"/>
          <w:u w:val="single"/>
        </w:rPr>
      </w:pPr>
      <w:r w:rsidRPr="00F61298">
        <w:rPr>
          <w:rFonts w:ascii="Times New Roman" w:hAnsi="Times New Roman" w:cs="Times New Roman"/>
          <w:b/>
          <w:u w:val="single"/>
        </w:rPr>
        <w:t>UYULMASI GEREKEN YÜKÜMLÜLÜKLER</w:t>
      </w:r>
    </w:p>
    <w:p w14:paraId="717D7CE6" w14:textId="7FDC6309" w:rsidR="00484310" w:rsidRPr="00F61298" w:rsidRDefault="0042524D" w:rsidP="00F61298">
      <w:pPr>
        <w:pStyle w:val="ListeParagraf"/>
        <w:numPr>
          <w:ilvl w:val="0"/>
          <w:numId w:val="11"/>
        </w:numPr>
        <w:spacing w:after="180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61298">
        <w:rPr>
          <w:rFonts w:ascii="Times New Roman" w:hAnsi="Times New Roman" w:cs="Times New Roman"/>
          <w:sz w:val="20"/>
          <w:szCs w:val="20"/>
        </w:rPr>
        <w:t>Etkinlik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Talep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Formu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eksiksiz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doldurularak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akademik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danışman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Sağlık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Kültür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Spor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Daire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F61298">
        <w:rPr>
          <w:rFonts w:ascii="Times New Roman" w:hAnsi="Times New Roman" w:cs="Times New Roman"/>
          <w:sz w:val="20"/>
          <w:szCs w:val="20"/>
        </w:rPr>
        <w:t>Başkanlığı</w:t>
      </w:r>
      <w:r w:rsidR="00734317" w:rsidRPr="00F61298">
        <w:rPr>
          <w:rFonts w:ascii="Times New Roman" w:hAnsi="Times New Roman" w:cs="Times New Roman"/>
          <w:sz w:val="20"/>
          <w:szCs w:val="20"/>
        </w:rPr>
        <w:t>’na</w:t>
      </w:r>
      <w:proofErr w:type="spellEnd"/>
      <w:proofErr w:type="gramEnd"/>
      <w:r w:rsidR="00734317"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34317" w:rsidRPr="00F61298">
        <w:rPr>
          <w:rFonts w:ascii="Times New Roman" w:hAnsi="Times New Roman" w:cs="Times New Roman"/>
          <w:sz w:val="20"/>
          <w:szCs w:val="20"/>
        </w:rPr>
        <w:t>Elektronik</w:t>
      </w:r>
      <w:proofErr w:type="spellEnd"/>
      <w:r w:rsidR="00734317"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34317" w:rsidRPr="00F61298">
        <w:rPr>
          <w:rFonts w:ascii="Times New Roman" w:hAnsi="Times New Roman" w:cs="Times New Roman"/>
          <w:sz w:val="20"/>
          <w:szCs w:val="20"/>
        </w:rPr>
        <w:t>Belge</w:t>
      </w:r>
      <w:proofErr w:type="spellEnd"/>
      <w:r w:rsidR="00734317"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34317" w:rsidRPr="00F61298">
        <w:rPr>
          <w:rFonts w:ascii="Times New Roman" w:hAnsi="Times New Roman" w:cs="Times New Roman"/>
          <w:sz w:val="20"/>
          <w:szCs w:val="20"/>
        </w:rPr>
        <w:t>Yönetimi</w:t>
      </w:r>
      <w:proofErr w:type="spellEnd"/>
      <w:r w:rsidR="00734317"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34317" w:rsidRPr="00F61298">
        <w:rPr>
          <w:rFonts w:ascii="Times New Roman" w:hAnsi="Times New Roman" w:cs="Times New Roman"/>
          <w:sz w:val="20"/>
          <w:szCs w:val="20"/>
        </w:rPr>
        <w:t>Sistemi’nde</w:t>
      </w:r>
      <w:r w:rsidR="00065C61" w:rsidRPr="00F61298">
        <w:rPr>
          <w:rFonts w:ascii="Times New Roman" w:hAnsi="Times New Roman" w:cs="Times New Roman"/>
          <w:sz w:val="20"/>
          <w:szCs w:val="20"/>
        </w:rPr>
        <w:t>n</w:t>
      </w:r>
      <w:proofErr w:type="spellEnd"/>
      <w:r w:rsidR="00065C61"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65C61" w:rsidRPr="00F61298">
        <w:rPr>
          <w:rFonts w:ascii="Times New Roman" w:hAnsi="Times New Roman" w:cs="Times New Roman"/>
          <w:sz w:val="20"/>
          <w:szCs w:val="20"/>
        </w:rPr>
        <w:t>gönderilmelidir</w:t>
      </w:r>
      <w:proofErr w:type="spellEnd"/>
      <w:r w:rsidR="00065C61" w:rsidRPr="00F61298">
        <w:rPr>
          <w:rFonts w:ascii="Times New Roman" w:hAnsi="Times New Roman" w:cs="Times New Roman"/>
          <w:sz w:val="20"/>
          <w:szCs w:val="20"/>
        </w:rPr>
        <w:t>.</w:t>
      </w:r>
    </w:p>
    <w:p w14:paraId="762D6C27" w14:textId="5CECDC89" w:rsidR="00484310" w:rsidRPr="00F61298" w:rsidRDefault="0042524D" w:rsidP="00F61298">
      <w:pPr>
        <w:pStyle w:val="ListeParagraf"/>
        <w:numPr>
          <w:ilvl w:val="0"/>
          <w:numId w:val="11"/>
        </w:numPr>
        <w:spacing w:after="180"/>
        <w:ind w:left="567" w:hanging="567"/>
        <w:rPr>
          <w:rFonts w:ascii="Times New Roman" w:hAnsi="Times New Roman" w:cs="Times New Roman"/>
          <w:sz w:val="20"/>
          <w:szCs w:val="20"/>
        </w:rPr>
      </w:pPr>
      <w:proofErr w:type="spellStart"/>
      <w:r w:rsidRPr="00F61298">
        <w:rPr>
          <w:rFonts w:ascii="Times New Roman" w:hAnsi="Times New Roman" w:cs="Times New Roman"/>
          <w:sz w:val="20"/>
          <w:szCs w:val="20"/>
        </w:rPr>
        <w:t>Öğrenci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Toplulukları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yapacakları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etkinliğe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ilişkin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başvurularını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en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geç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15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gün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önceden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bildirmek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zorundadırlar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. Buna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uygun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yapılmayan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başvurular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Başkanlığımızın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iş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yoğunluğuna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göre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işleme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konulacaktır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>.</w:t>
      </w:r>
    </w:p>
    <w:p w14:paraId="4C9D7F66" w14:textId="77777777" w:rsidR="005B3DC8" w:rsidRPr="00F61298" w:rsidRDefault="0042524D" w:rsidP="00F61298">
      <w:pPr>
        <w:pStyle w:val="ListeParagraf"/>
        <w:numPr>
          <w:ilvl w:val="0"/>
          <w:numId w:val="11"/>
        </w:numPr>
        <w:spacing w:after="180"/>
        <w:ind w:left="567" w:hanging="567"/>
        <w:rPr>
          <w:rFonts w:ascii="Times New Roman" w:hAnsi="Times New Roman" w:cs="Times New Roman"/>
          <w:sz w:val="20"/>
          <w:szCs w:val="20"/>
        </w:rPr>
      </w:pPr>
      <w:proofErr w:type="spellStart"/>
      <w:r w:rsidRPr="00F61298">
        <w:rPr>
          <w:rFonts w:ascii="Times New Roman" w:hAnsi="Times New Roman" w:cs="Times New Roman"/>
          <w:sz w:val="20"/>
          <w:szCs w:val="20"/>
        </w:rPr>
        <w:t>Yukarıdaki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Etkinlik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Talep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Formunda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önceden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talep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edilmeyen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istekler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daha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sonradan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karşılanamayacaktır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>.</w:t>
      </w:r>
    </w:p>
    <w:p w14:paraId="56028E63" w14:textId="45A10083" w:rsidR="00484310" w:rsidRPr="00F61298" w:rsidRDefault="005B3DC8" w:rsidP="00F61298">
      <w:pPr>
        <w:pStyle w:val="ListeParagraf"/>
        <w:numPr>
          <w:ilvl w:val="0"/>
          <w:numId w:val="11"/>
        </w:numPr>
        <w:spacing w:after="180"/>
        <w:ind w:left="567" w:hanging="567"/>
        <w:rPr>
          <w:rFonts w:ascii="Times New Roman" w:hAnsi="Times New Roman" w:cs="Times New Roman"/>
          <w:sz w:val="20"/>
          <w:szCs w:val="20"/>
        </w:rPr>
      </w:pPr>
      <w:proofErr w:type="spellStart"/>
      <w:r w:rsidRPr="00F61298">
        <w:rPr>
          <w:rFonts w:ascii="Times New Roman" w:hAnsi="Times New Roman" w:cs="Times New Roman"/>
          <w:sz w:val="20"/>
          <w:szCs w:val="20"/>
        </w:rPr>
        <w:t>Başkanlık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binası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dışında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Üniversitemizin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diğer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birimlerinde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gerçekleştirilmesi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planlanan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etkinlikler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için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ilgili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birimlerden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önceden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izin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alınması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gerekmektedir</w:t>
      </w:r>
      <w:proofErr w:type="spellEnd"/>
      <w:proofErr w:type="gramStart"/>
      <w:r w:rsidRPr="00F61298">
        <w:rPr>
          <w:rFonts w:ascii="Times New Roman" w:hAnsi="Times New Roman" w:cs="Times New Roman"/>
          <w:sz w:val="20"/>
          <w:szCs w:val="20"/>
        </w:rPr>
        <w:t>..</w:t>
      </w:r>
      <w:proofErr w:type="gramEnd"/>
    </w:p>
    <w:p w14:paraId="3B1D56BD" w14:textId="1E0FAEE5" w:rsidR="00484310" w:rsidRPr="00F61298" w:rsidRDefault="0042524D" w:rsidP="00F61298">
      <w:pPr>
        <w:pStyle w:val="ListeParagraf"/>
        <w:numPr>
          <w:ilvl w:val="0"/>
          <w:numId w:val="11"/>
        </w:numPr>
        <w:spacing w:after="180"/>
        <w:ind w:left="567" w:hanging="567"/>
        <w:rPr>
          <w:rFonts w:ascii="Times New Roman" w:hAnsi="Times New Roman" w:cs="Times New Roman"/>
        </w:rPr>
      </w:pPr>
      <w:proofErr w:type="spellStart"/>
      <w:r w:rsidRPr="00F61298">
        <w:rPr>
          <w:rFonts w:ascii="Times New Roman" w:hAnsi="Times New Roman" w:cs="Times New Roman"/>
          <w:sz w:val="20"/>
          <w:szCs w:val="20"/>
        </w:rPr>
        <w:t>Etkinlik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talep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formunda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belirtilen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yerler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dışında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yapılacak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duyurular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birimlerin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kendisi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tarafından</w:t>
      </w:r>
      <w:proofErr w:type="spellEnd"/>
      <w:r w:rsidRPr="00F612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1298">
        <w:rPr>
          <w:rFonts w:ascii="Times New Roman" w:hAnsi="Times New Roman" w:cs="Times New Roman"/>
          <w:sz w:val="20"/>
          <w:szCs w:val="20"/>
        </w:rPr>
        <w:t>gerçekleştirilecektir</w:t>
      </w:r>
      <w:proofErr w:type="spellEnd"/>
      <w:r w:rsidRPr="00F61298">
        <w:rPr>
          <w:rFonts w:ascii="Times New Roman" w:hAnsi="Times New Roman" w:cs="Times New Roman"/>
        </w:rPr>
        <w:t>.</w:t>
      </w:r>
    </w:p>
    <w:p w14:paraId="6F956447" w14:textId="77777777" w:rsidR="00CF0B13" w:rsidRPr="00F61298" w:rsidRDefault="00CF0B13" w:rsidP="00715B93">
      <w:pPr>
        <w:spacing w:after="180"/>
        <w:ind w:left="432" w:hanging="259"/>
        <w:jc w:val="both"/>
        <w:rPr>
          <w:rFonts w:ascii="Times New Roman" w:hAnsi="Times New Roman" w:cs="Times New Roman"/>
          <w:sz w:val="18"/>
          <w:szCs w:val="18"/>
        </w:rPr>
      </w:pPr>
    </w:p>
    <w:sectPr w:rsidR="00CF0B13" w:rsidRPr="00F61298" w:rsidSect="00F61298">
      <w:headerReference w:type="default" r:id="rId8"/>
      <w:pgSz w:w="12240" w:h="15840"/>
      <w:pgMar w:top="701" w:right="1418" w:bottom="1418" w:left="1418" w:header="216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7EFD76" w14:textId="77777777" w:rsidR="00E068C6" w:rsidRDefault="00E068C6" w:rsidP="00F61298">
      <w:pPr>
        <w:spacing w:after="0" w:line="240" w:lineRule="auto"/>
      </w:pPr>
      <w:r>
        <w:separator/>
      </w:r>
    </w:p>
  </w:endnote>
  <w:endnote w:type="continuationSeparator" w:id="0">
    <w:p w14:paraId="01D8B3D3" w14:textId="77777777" w:rsidR="00E068C6" w:rsidRDefault="00E068C6" w:rsidP="00F61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63D3B4" w14:textId="77777777" w:rsidR="00E068C6" w:rsidRDefault="00E068C6" w:rsidP="00F61298">
      <w:pPr>
        <w:spacing w:after="0" w:line="240" w:lineRule="auto"/>
      </w:pPr>
      <w:r>
        <w:separator/>
      </w:r>
    </w:p>
  </w:footnote>
  <w:footnote w:type="continuationSeparator" w:id="0">
    <w:p w14:paraId="43BF755C" w14:textId="77777777" w:rsidR="00E068C6" w:rsidRDefault="00E068C6" w:rsidP="00F61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6145" w:type="pct"/>
      <w:tblInd w:w="-106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53"/>
      <w:gridCol w:w="3176"/>
      <w:gridCol w:w="3627"/>
      <w:gridCol w:w="2374"/>
    </w:tblGrid>
    <w:tr w:rsidR="00F61298" w:rsidRPr="00211120" w14:paraId="1E5A3248" w14:textId="77777777" w:rsidTr="00EA666C">
      <w:trPr>
        <w:cantSplit/>
        <w:trHeight w:val="1277"/>
      </w:trPr>
      <w:tc>
        <w:tcPr>
          <w:tcW w:w="1088" w:type="pct"/>
          <w:vAlign w:val="center"/>
        </w:tcPr>
        <w:p w14:paraId="2B504F34" w14:textId="77777777" w:rsidR="00F61298" w:rsidRPr="002964E3" w:rsidRDefault="00F61298" w:rsidP="00F61298">
          <w:pPr>
            <w:pStyle w:val="stbilgi"/>
            <w:jc w:val="center"/>
          </w:pPr>
          <w:r w:rsidRPr="00AE51B0">
            <w:rPr>
              <w:noProof/>
              <w:lang w:val="tr-TR" w:eastAsia="tr-TR"/>
            </w:rPr>
            <w:drawing>
              <wp:inline distT="0" distB="0" distL="0" distR="0" wp14:anchorId="21C24BC9" wp14:editId="35E23277">
                <wp:extent cx="714375" cy="714375"/>
                <wp:effectExtent l="0" t="0" r="9525" b="9525"/>
                <wp:docPr id="7" name="Resim 7" descr="C:\Users\technopc\AppData\Local\Temp\Rar$DRa0.950\GAÜN_Logo_T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C:\Users\technopc\AppData\Local\Temp\Rar$DRa0.950\GAÜN_Logo_T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00" w:type="pct"/>
          <w:gridSpan w:val="2"/>
          <w:vAlign w:val="center"/>
        </w:tcPr>
        <w:p w14:paraId="42FB4A8B" w14:textId="77777777" w:rsidR="00F61298" w:rsidRDefault="00F61298" w:rsidP="00F6129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3D67895E" w14:textId="77777777" w:rsidR="00F61298" w:rsidRDefault="00F61298" w:rsidP="00F6129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480DB0F1" w14:textId="77777777" w:rsidR="00F61298" w:rsidRPr="00224CE5" w:rsidRDefault="00F61298" w:rsidP="00F6129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224CE5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GAZİANTEP ÜNİVERSİTESİ </w:t>
          </w:r>
        </w:p>
        <w:p w14:paraId="5049E691" w14:textId="73C3319B" w:rsidR="00F61298" w:rsidRPr="00224CE5" w:rsidRDefault="00F61298" w:rsidP="00F61298">
          <w:pPr>
            <w:pStyle w:val="AralkYok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24CE5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SAĞLIK KÜLTÜR VE SPOR DAİRE BAŞKANLIĞI </w:t>
          </w:r>
          <w:r w:rsidRPr="00224CE5">
            <w:rPr>
              <w:rFonts w:ascii="Times New Roman" w:hAnsi="Times New Roman" w:cs="Times New Roman"/>
              <w:b/>
              <w:sz w:val="24"/>
              <w:szCs w:val="24"/>
            </w:rPr>
            <w:t xml:space="preserve">ÖĞRENCİ TOPLULUKLARI 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ETKİNLİK </w:t>
          </w:r>
          <w:r w:rsidRPr="00224CE5">
            <w:rPr>
              <w:rFonts w:ascii="Times New Roman" w:hAnsi="Times New Roman" w:cs="Times New Roman"/>
              <w:b/>
              <w:sz w:val="24"/>
              <w:szCs w:val="24"/>
            </w:rPr>
            <w:t xml:space="preserve"> TALEP FORMU</w:t>
          </w:r>
        </w:p>
        <w:p w14:paraId="3E1F1A6C" w14:textId="77777777" w:rsidR="00F61298" w:rsidRPr="0049688D" w:rsidRDefault="00F61298" w:rsidP="00F61298">
          <w:pPr>
            <w:pStyle w:val="stbilgi"/>
            <w:jc w:val="center"/>
            <w:rPr>
              <w:b/>
              <w:bCs/>
              <w:sz w:val="32"/>
              <w:szCs w:val="32"/>
            </w:rPr>
          </w:pPr>
        </w:p>
        <w:p w14:paraId="4A458198" w14:textId="77777777" w:rsidR="00F61298" w:rsidRPr="002964E3" w:rsidRDefault="00F61298" w:rsidP="00F61298">
          <w:pPr>
            <w:pStyle w:val="stbilgi"/>
            <w:rPr>
              <w:b/>
              <w:bCs/>
              <w:sz w:val="18"/>
              <w:szCs w:val="18"/>
            </w:rPr>
          </w:pPr>
        </w:p>
      </w:tc>
      <w:tc>
        <w:tcPr>
          <w:tcW w:w="1012" w:type="pct"/>
        </w:tcPr>
        <w:p w14:paraId="67896E52" w14:textId="77777777" w:rsidR="00F61298" w:rsidRPr="002964E3" w:rsidRDefault="00F61298" w:rsidP="00F61298">
          <w:pPr>
            <w:pStyle w:val="stbilgi"/>
            <w:jc w:val="center"/>
            <w:rPr>
              <w:b/>
              <w:bCs/>
              <w:sz w:val="32"/>
              <w:szCs w:val="32"/>
            </w:rPr>
          </w:pPr>
        </w:p>
      </w:tc>
    </w:tr>
    <w:tr w:rsidR="00F61298" w:rsidRPr="008D18C9" w14:paraId="7971E745" w14:textId="77777777" w:rsidTr="00EA666C">
      <w:trPr>
        <w:cantSplit/>
        <w:trHeight w:val="306"/>
      </w:trPr>
      <w:tc>
        <w:tcPr>
          <w:tcW w:w="1088" w:type="pct"/>
          <w:vAlign w:val="center"/>
        </w:tcPr>
        <w:p w14:paraId="0547BC9E" w14:textId="65CCE457" w:rsidR="00F61298" w:rsidRPr="001A0373" w:rsidRDefault="00F61298" w:rsidP="00F61298">
          <w:pPr>
            <w:pStyle w:val="stbilgi"/>
            <w:rPr>
              <w:sz w:val="14"/>
              <w:szCs w:val="14"/>
            </w:rPr>
          </w:pPr>
          <w:proofErr w:type="spellStart"/>
          <w:r w:rsidRPr="001A0373">
            <w:rPr>
              <w:b/>
              <w:sz w:val="14"/>
              <w:szCs w:val="14"/>
            </w:rPr>
            <w:t>Doküman</w:t>
          </w:r>
          <w:proofErr w:type="spellEnd"/>
          <w:r w:rsidRPr="001A0373">
            <w:rPr>
              <w:b/>
              <w:sz w:val="14"/>
              <w:szCs w:val="14"/>
            </w:rPr>
            <w:t xml:space="preserve"> </w:t>
          </w:r>
          <w:proofErr w:type="spellStart"/>
          <w:r w:rsidRPr="001A0373">
            <w:rPr>
              <w:b/>
              <w:sz w:val="14"/>
              <w:szCs w:val="14"/>
            </w:rPr>
            <w:t>Kodu</w:t>
          </w:r>
          <w:proofErr w:type="spellEnd"/>
          <w:r w:rsidRPr="001A0373">
            <w:rPr>
              <w:b/>
              <w:sz w:val="14"/>
              <w:szCs w:val="14"/>
            </w:rPr>
            <w:t>:</w:t>
          </w:r>
          <w:r>
            <w:rPr>
              <w:bCs/>
              <w:sz w:val="14"/>
              <w:szCs w:val="14"/>
            </w:rPr>
            <w:t xml:space="preserve"> SKS-FRM-203</w:t>
          </w:r>
        </w:p>
      </w:tc>
      <w:tc>
        <w:tcPr>
          <w:tcW w:w="1354" w:type="pct"/>
          <w:vAlign w:val="center"/>
        </w:tcPr>
        <w:p w14:paraId="2C1B9F50" w14:textId="507B9B4E" w:rsidR="00F61298" w:rsidRPr="001A0373" w:rsidRDefault="00F61298" w:rsidP="00F61298">
          <w:pPr>
            <w:pStyle w:val="stbilgi"/>
            <w:rPr>
              <w:sz w:val="14"/>
              <w:szCs w:val="14"/>
            </w:rPr>
          </w:pPr>
          <w:proofErr w:type="spellStart"/>
          <w:r w:rsidRPr="001A0373">
            <w:rPr>
              <w:b/>
              <w:sz w:val="14"/>
              <w:szCs w:val="14"/>
            </w:rPr>
            <w:t>Yürürlük</w:t>
          </w:r>
          <w:proofErr w:type="spellEnd"/>
          <w:r w:rsidRPr="001A0373">
            <w:rPr>
              <w:b/>
              <w:sz w:val="14"/>
              <w:szCs w:val="14"/>
            </w:rPr>
            <w:t xml:space="preserve"> </w:t>
          </w:r>
          <w:proofErr w:type="spellStart"/>
          <w:r w:rsidRPr="001A0373">
            <w:rPr>
              <w:b/>
              <w:sz w:val="14"/>
              <w:szCs w:val="14"/>
            </w:rPr>
            <w:t>Tarihi</w:t>
          </w:r>
          <w:proofErr w:type="spellEnd"/>
          <w:r w:rsidRPr="001A0373">
            <w:rPr>
              <w:b/>
              <w:sz w:val="14"/>
              <w:szCs w:val="14"/>
            </w:rPr>
            <w:t>:</w:t>
          </w:r>
          <w:r>
            <w:rPr>
              <w:sz w:val="14"/>
              <w:szCs w:val="14"/>
            </w:rPr>
            <w:t xml:space="preserve"> 30.09.2026</w:t>
          </w:r>
        </w:p>
      </w:tc>
      <w:tc>
        <w:tcPr>
          <w:tcW w:w="1546" w:type="pct"/>
          <w:vAlign w:val="center"/>
        </w:tcPr>
        <w:p w14:paraId="3ABB9675" w14:textId="77777777" w:rsidR="00F61298" w:rsidRPr="001A0373" w:rsidRDefault="00F61298" w:rsidP="00F61298">
          <w:pPr>
            <w:pStyle w:val="stbilgi"/>
            <w:rPr>
              <w:sz w:val="14"/>
              <w:szCs w:val="14"/>
            </w:rPr>
          </w:pPr>
          <w:proofErr w:type="spellStart"/>
          <w:r w:rsidRPr="001A0373">
            <w:rPr>
              <w:b/>
              <w:sz w:val="14"/>
              <w:szCs w:val="14"/>
            </w:rPr>
            <w:t>Revizyon</w:t>
          </w:r>
          <w:proofErr w:type="spellEnd"/>
          <w:r w:rsidRPr="001A0373">
            <w:rPr>
              <w:b/>
              <w:sz w:val="14"/>
              <w:szCs w:val="14"/>
            </w:rPr>
            <w:t xml:space="preserve"> </w:t>
          </w:r>
          <w:proofErr w:type="spellStart"/>
          <w:r w:rsidRPr="001A0373">
            <w:rPr>
              <w:b/>
              <w:sz w:val="14"/>
              <w:szCs w:val="14"/>
            </w:rPr>
            <w:t>Tarihi</w:t>
          </w:r>
          <w:proofErr w:type="spellEnd"/>
          <w:r w:rsidRPr="001A0373">
            <w:rPr>
              <w:b/>
              <w:sz w:val="14"/>
              <w:szCs w:val="14"/>
            </w:rPr>
            <w:t>/No:</w:t>
          </w:r>
          <w:r>
            <w:rPr>
              <w:sz w:val="14"/>
              <w:szCs w:val="14"/>
            </w:rPr>
            <w:t xml:space="preserve"> </w:t>
          </w:r>
          <w:proofErr w:type="spellStart"/>
          <w:r>
            <w:rPr>
              <w:sz w:val="14"/>
              <w:szCs w:val="14"/>
            </w:rPr>
            <w:t>Yeni</w:t>
          </w:r>
          <w:proofErr w:type="spellEnd"/>
          <w:r>
            <w:rPr>
              <w:sz w:val="14"/>
              <w:szCs w:val="14"/>
            </w:rPr>
            <w:t xml:space="preserve"> </w:t>
          </w:r>
          <w:proofErr w:type="spellStart"/>
          <w:r>
            <w:rPr>
              <w:sz w:val="14"/>
              <w:szCs w:val="14"/>
            </w:rPr>
            <w:t>Yayınlandı</w:t>
          </w:r>
          <w:proofErr w:type="spellEnd"/>
        </w:p>
      </w:tc>
      <w:tc>
        <w:tcPr>
          <w:tcW w:w="1012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</w:tcPr>
        <w:p w14:paraId="4987CA8A" w14:textId="77777777" w:rsidR="00F61298" w:rsidRPr="001A0373" w:rsidRDefault="00F61298" w:rsidP="00F61298">
          <w:pPr>
            <w:pStyle w:val="stbilgi"/>
            <w:spacing w:before="60"/>
            <w:rPr>
              <w:b/>
              <w:bCs/>
              <w:sz w:val="14"/>
              <w:szCs w:val="14"/>
            </w:rPr>
          </w:pPr>
          <w:proofErr w:type="spellStart"/>
          <w:r w:rsidRPr="001A0373">
            <w:rPr>
              <w:b/>
              <w:sz w:val="14"/>
              <w:szCs w:val="14"/>
            </w:rPr>
            <w:t>Sayfa</w:t>
          </w:r>
          <w:proofErr w:type="spellEnd"/>
          <w:r w:rsidRPr="001A0373">
            <w:rPr>
              <w:b/>
              <w:sz w:val="14"/>
              <w:szCs w:val="14"/>
            </w:rPr>
            <w:t xml:space="preserve"> No</w:t>
          </w:r>
          <w:r w:rsidRPr="001A0373">
            <w:rPr>
              <w:b/>
              <w:bCs/>
              <w:sz w:val="14"/>
              <w:szCs w:val="14"/>
            </w:rPr>
            <w:t xml:space="preserve">: </w:t>
          </w:r>
          <w:r>
            <w:rPr>
              <w:b/>
              <w:bCs/>
              <w:sz w:val="14"/>
              <w:szCs w:val="14"/>
            </w:rPr>
            <w:t>2</w:t>
          </w:r>
        </w:p>
      </w:tc>
    </w:tr>
  </w:tbl>
  <w:p w14:paraId="4C1AE605" w14:textId="77777777" w:rsidR="00F61298" w:rsidRDefault="00F6129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D44126B"/>
    <w:multiLevelType w:val="hybridMultilevel"/>
    <w:tmpl w:val="E5EC1B02"/>
    <w:lvl w:ilvl="0" w:tplc="C5C223BA">
      <w:numFmt w:val="bullet"/>
      <w:lvlText w:val="•"/>
      <w:lvlJc w:val="left"/>
      <w:pPr>
        <w:ind w:left="644" w:hanging="360"/>
      </w:pPr>
      <w:rPr>
        <w:rFonts w:ascii="Arial" w:eastAsiaTheme="minorEastAsia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70635CC2"/>
    <w:multiLevelType w:val="hybridMultilevel"/>
    <w:tmpl w:val="8782FCD6"/>
    <w:lvl w:ilvl="0" w:tplc="041F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5C61"/>
    <w:rsid w:val="0015074B"/>
    <w:rsid w:val="00162F50"/>
    <w:rsid w:val="00214F9D"/>
    <w:rsid w:val="0029639D"/>
    <w:rsid w:val="00326F90"/>
    <w:rsid w:val="00394964"/>
    <w:rsid w:val="0042524D"/>
    <w:rsid w:val="00484310"/>
    <w:rsid w:val="004B10D9"/>
    <w:rsid w:val="005B3DC8"/>
    <w:rsid w:val="00637EDA"/>
    <w:rsid w:val="0070012C"/>
    <w:rsid w:val="007024C7"/>
    <w:rsid w:val="00715B93"/>
    <w:rsid w:val="00734317"/>
    <w:rsid w:val="00765DB3"/>
    <w:rsid w:val="007814B0"/>
    <w:rsid w:val="007A44AE"/>
    <w:rsid w:val="008D6611"/>
    <w:rsid w:val="008E082B"/>
    <w:rsid w:val="008E135B"/>
    <w:rsid w:val="009174E0"/>
    <w:rsid w:val="009516F2"/>
    <w:rsid w:val="00A02FE3"/>
    <w:rsid w:val="00A713D2"/>
    <w:rsid w:val="00AA1D8D"/>
    <w:rsid w:val="00AF5EE5"/>
    <w:rsid w:val="00B013AD"/>
    <w:rsid w:val="00B47730"/>
    <w:rsid w:val="00BB3618"/>
    <w:rsid w:val="00CB0664"/>
    <w:rsid w:val="00CE341F"/>
    <w:rsid w:val="00CF0B13"/>
    <w:rsid w:val="00DC44B1"/>
    <w:rsid w:val="00E068C6"/>
    <w:rsid w:val="00E36ABC"/>
    <w:rsid w:val="00E85039"/>
    <w:rsid w:val="00EA666C"/>
    <w:rsid w:val="00EB094A"/>
    <w:rsid w:val="00F61298"/>
    <w:rsid w:val="00F74F36"/>
    <w:rsid w:val="00F811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4A579D"/>
  <w14:defaultImageDpi w14:val="300"/>
  <w15:docId w15:val="{275D52E6-A602-4462-832D-2453169A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AD3E8E-65EB-4875-9762-55025F405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GAÜN Öğrenci Toplulukları Etkinlik Talep Formu</dc:title>
  <dc:subject>FR-0231</dc:subject>
  <dc:creator>python-docx</dc:creator>
  <cp:keywords/>
  <dc:description>generated by python-docx</dc:description>
  <cp:lastModifiedBy>KaliteGel</cp:lastModifiedBy>
  <cp:revision>29</cp:revision>
  <cp:lastPrinted>2026-09-23T11:52:00Z</cp:lastPrinted>
  <dcterms:created xsi:type="dcterms:W3CDTF">2013-12-23T23:15:00Z</dcterms:created>
  <dcterms:modified xsi:type="dcterms:W3CDTF">2026-09-30T05:38:00Z</dcterms:modified>
  <cp:category/>
</cp:coreProperties>
</file>